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40"/>
        <w:jc w:val="center"/>
      </w:pPr>
      <w:r>
        <w:rPr>
          <w:rFonts w:ascii="Arial" w:hAnsi="Arial"/>
          <w:b/>
          <w:i w:val="0"/>
          <w:color w:val="00A6C8"/>
          <w:sz w:val="24"/>
        </w:rPr>
        <w:t>MACHINE LEARNING RELIABILITY LAB</w:t>
      </w:r>
    </w:p>
    <w:p>
      <w:pPr>
        <w:pStyle w:val="Heading1"/>
        <w:keepNext w:val="0"/>
        <w:spacing w:before="0" w:after="140" w:line="252" w:lineRule="auto"/>
        <w:jc w:val="center"/>
      </w:pPr>
      <w:r>
        <w:rPr>
          <w:rFonts w:ascii="Arial" w:hAnsi="Arial"/>
          <w:b/>
          <w:i w:val="0"/>
          <w:color w:val="10233F"/>
          <w:sz w:val="56"/>
        </w:rPr>
        <w:t>Model Reliability</w:t>
        <w:br/>
        <w:t>Case File</w:t>
      </w:r>
    </w:p>
    <w:p>
      <w:pPr>
        <w:keepNext w:val="0"/>
        <w:spacing w:before="0" w:after="300" w:line="252" w:lineRule="auto"/>
        <w:jc w:val="center"/>
      </w:pPr>
      <w:r>
        <w:rPr>
          <w:rFonts w:ascii="Arial" w:hAnsi="Arial"/>
          <w:b w:val="0"/>
          <w:i/>
          <w:color w:val="516174"/>
          <w:sz w:val="24"/>
        </w:rPr>
        <w:t>Your evidence for deciding whether a model should be approved, revised, restricted, or rejected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Student information"/>
        <w:tblDescription w:val="Form fields for name, class or period, model or project, and teammates."/>
        <w:tblInd w:w="0" w:type="dxa"/>
      </w:tblPr>
      <w:tblGrid>
        <w:gridCol w:w="5227"/>
        <w:gridCol w:w="5227"/>
      </w:tblGrid>
      <w:tr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color="B8C5D3"/>
              <w:bottom w:val="single" w:sz="8" w:color="B8C5D3"/>
              <w:start w:val="single" w:sz="8" w:color="B8C5D3"/>
              <w:end w:val="single" w:sz="8" w:color="B8C5D3"/>
              <w:insideH w:val="single" w:sz="8" w:color="B8C5D3"/>
              <w:insideV w:val="single" w:sz="8" w:color="B8C5D3"/>
            </w:tcBorders>
            <w:shd w:fill="F3F6F9" w:val="clear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NAME</w:t>
            </w:r>
          </w:p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B8C5D3"/>
                <w:sz w:val="20"/>
              </w:rPr>
              <w:t>________________________________</w:t>
            </w:r>
          </w:p>
        </w:tc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color="B8C5D3"/>
              <w:bottom w:val="single" w:sz="8" w:color="B8C5D3"/>
              <w:start w:val="single" w:sz="8" w:color="B8C5D3"/>
              <w:end w:val="single" w:sz="8" w:color="B8C5D3"/>
              <w:insideH w:val="single" w:sz="8" w:color="B8C5D3"/>
              <w:insideV w:val="single" w:sz="8" w:color="B8C5D3"/>
            </w:tcBorders>
            <w:shd w:fill="F3F6F9" w:val="clear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CLASS / PERIOD</w:t>
            </w:r>
          </w:p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B8C5D3"/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color="B8C5D3"/>
              <w:bottom w:val="single" w:sz="8" w:color="B8C5D3"/>
              <w:start w:val="single" w:sz="8" w:color="B8C5D3"/>
              <w:end w:val="single" w:sz="8" w:color="B8C5D3"/>
              <w:insideH w:val="single" w:sz="8" w:color="B8C5D3"/>
              <w:insideV w:val="single" w:sz="8" w:color="B8C5D3"/>
            </w:tcBorders>
            <w:shd w:fill="F3F6F9" w:val="clear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MODEL OR PROJECT</w:t>
            </w:r>
          </w:p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B8C5D3"/>
                <w:sz w:val="20"/>
              </w:rPr>
              <w:t>________________________________</w:t>
            </w:r>
          </w:p>
        </w:tc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color="B8C5D3"/>
              <w:bottom w:val="single" w:sz="8" w:color="B8C5D3"/>
              <w:start w:val="single" w:sz="8" w:color="B8C5D3"/>
              <w:end w:val="single" w:sz="8" w:color="B8C5D3"/>
              <w:insideH w:val="single" w:sz="8" w:color="B8C5D3"/>
              <w:insideV w:val="single" w:sz="8" w:color="B8C5D3"/>
            </w:tcBorders>
            <w:shd w:fill="F3F6F9" w:val="clear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TEAMMATE(S)</w:t>
            </w:r>
          </w:p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B8C5D3"/>
                <w:sz w:val="20"/>
              </w:rPr>
              <w:t>________________________________</w:t>
            </w:r>
          </w:p>
        </w:tc>
      </w:tr>
    </w:tbl>
    <w:p>
      <w:pPr>
        <w:keepNext w:val="0"/>
        <w:spacing w:before="0" w:after="80" w:line="252" w:lineRule="auto"/>
      </w:pPr>
    </w:p>
    <w:p>
      <w:pPr>
        <w:keepNext/>
        <w:spacing w:before="0" w:after="100" w:line="252" w:lineRule="auto"/>
      </w:pPr>
      <w:r>
        <w:rPr>
          <w:rFonts w:ascii="Arial" w:hAnsi="Arial"/>
          <w:b/>
          <w:i w:val="0"/>
          <w:color w:val="E45C5C"/>
          <w:sz w:val="20"/>
        </w:rPr>
        <w:t>THE QUESTION</w:t>
      </w:r>
    </w:p>
    <w:p>
      <w:pPr>
        <w:spacing w:before="0" w:after="240"/>
        <w:ind w:left="360" w:right="360"/>
        <w:jc w:val="center"/>
        <w:shd w:fill="FFF4D6"/>
      </w:pPr>
      <w:r>
        <w:rPr>
          <w:rFonts w:ascii="Arial" w:hAnsi="Arial"/>
          <w:b/>
          <w:i w:val="0"/>
          <w:color w:val="10233F"/>
          <w:sz w:val="30"/>
        </w:rPr>
        <w:t>How do we know whether a model works well enough for the people who will depend on it?</w:t>
      </w:r>
    </w:p>
    <w:p>
      <w:pPr>
        <w:keepNext/>
        <w:spacing w:before="0" w:after="100" w:line="252" w:lineRule="auto"/>
      </w:pPr>
      <w:r>
        <w:rPr>
          <w:rFonts w:ascii="Arial" w:hAnsi="Arial"/>
          <w:b/>
          <w:i w:val="0"/>
          <w:color w:val="10233F"/>
          <w:sz w:val="22"/>
        </w:rPr>
        <w:t>HOW THE CASE FILE WORKS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Five-day reliability route"/>
        <w:tblDescription w:val="Five numbered stages: plan, test, audit representation, compare mistake costs, and decide."/>
        <w:tblInd w:w="0" w:type="dxa"/>
      </w:tblPr>
      <w:tblGrid>
        <w:gridCol w:w="2091"/>
        <w:gridCol w:w="2091"/>
        <w:gridCol w:w="2091"/>
        <w:gridCol w:w="2091"/>
        <w:gridCol w:w="2091"/>
      </w:tblGrid>
      <w:tr>
        <w:tc>
          <w:tcPr>
            <w:tcW w:type="dxa" w:w="209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18" w:color="00A6C8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00A6C8"/>
                <w:sz w:val="28"/>
              </w:rPr>
              <w:t>1</w:t>
            </w:r>
          </w:p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E293B"/>
                <w:sz w:val="17"/>
              </w:rPr>
              <w:t>Plan fair tests</w:t>
            </w:r>
          </w:p>
        </w:tc>
        <w:tc>
          <w:tcPr>
            <w:tcW w:type="dxa" w:w="209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18" w:color="E45C5C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E45C5C"/>
                <w:sz w:val="28"/>
              </w:rPr>
              <w:t>2</w:t>
            </w:r>
          </w:p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E293B"/>
                <w:sz w:val="17"/>
              </w:rPr>
              <w:t>Find failure patterns</w:t>
            </w:r>
          </w:p>
        </w:tc>
        <w:tc>
          <w:tcPr>
            <w:tcW w:type="dxa" w:w="209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18" w:color="F4B942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F4B942"/>
                <w:sz w:val="28"/>
              </w:rPr>
              <w:t>3</w:t>
            </w:r>
          </w:p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E293B"/>
                <w:sz w:val="17"/>
              </w:rPr>
              <w:t>Audit representation</w:t>
            </w:r>
          </w:p>
        </w:tc>
        <w:tc>
          <w:tcPr>
            <w:tcW w:type="dxa" w:w="209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18" w:color="E45C5C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E45C5C"/>
                <w:sz w:val="28"/>
              </w:rPr>
              <w:t>4</w:t>
            </w:r>
          </w:p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E293B"/>
                <w:sz w:val="17"/>
              </w:rPr>
              <w:t>Compare mistake costs</w:t>
            </w:r>
          </w:p>
        </w:tc>
        <w:tc>
          <w:tcPr>
            <w:tcW w:type="dxa" w:w="209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18" w:color="2C8C66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2C8C66"/>
                <w:sz w:val="28"/>
              </w:rPr>
              <w:t>5</w:t>
            </w:r>
          </w:p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E293B"/>
                <w:sz w:val="17"/>
              </w:rPr>
              <w:t>Make a release decision</w:t>
            </w:r>
          </w:p>
        </w:tc>
      </w:tr>
    </w:tbl>
    <w:p>
      <w:pPr>
        <w:keepNext w:val="0"/>
        <w:spacing w:before="0" w:after="100" w:line="252" w:lineRule="auto"/>
      </w:pP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Starting Prediction response box"/>
        <w:tblDescription w:val="Form field for the student response to: Before testing, what do you expect this model to do well? What do you expect might make it fail?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FF5F8" w:val="clear"/>
            <w:tcBorders>
              <w:top w:val="single" w:sz="9" w:color="00A6C8"/>
              <w:bottom w:val="single" w:sz="9" w:color="00A6C8"/>
              <w:start w:val="single" w:sz="26" w:color="00A6C8"/>
              <w:end w:val="single" w:sz="9" w:color="00A6C8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00A6C8"/>
                <w:sz w:val="19"/>
              </w:rPr>
              <w:t>STARTING PREDICTION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Before testing, what do you expect this model to do well? What do you expect might make it fail?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p>
      <w:pPr>
        <w:keepNext/>
        <w:spacing w:before="0" w:after="80" w:line="252" w:lineRule="auto"/>
      </w:pPr>
      <w:r>
        <w:rPr>
          <w:rFonts w:ascii="Arial" w:hAnsi="Arial"/>
          <w:b/>
          <w:i w:val="0"/>
          <w:color w:val="10233F"/>
          <w:sz w:val="19"/>
        </w:rPr>
        <w:t>CHECK BEFORE MOVING ON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Check Before Moving On"/>
        <w:tblDescription w:val="Checklist. Each item begins with an empty checkbox."/>
        <w:tblInd w:w="0" w:type="dxa"/>
      </w:tblPr>
      <w:tblGrid>
        <w:gridCol w:w="5227"/>
        <w:gridCol w:w="5227"/>
      </w:tblGrid>
      <w:tr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I will record evidence, not guesses</w:t>
            </w:r>
          </w:p>
        </w:tc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I will protect privacy while collecting test data</w:t>
            </w:r>
          </w:p>
        </w:tc>
      </w:tr>
    </w:tbl>
    <w:p>
      <w:r>
        <w:br w:type="page"/>
      </w:r>
    </w:p>
    <w:p>
      <w:pPr>
        <w:pStyle w:val="Heading1"/>
        <w:keepNext/>
        <w:spacing w:after="80" w:before="0" w:line="240" w:lineRule="auto"/>
        <w:shd w:fill="10233F"/>
        <w:ind w:left="173" w:right="173"/>
      </w:pPr>
      <w:r>
        <w:rPr>
          <w:rFonts w:ascii="Arial" w:hAnsi="Arial"/>
          <w:b/>
          <w:i w:val="0"/>
          <w:color w:val="FFFFFF"/>
          <w:sz w:val="36"/>
        </w:rPr>
        <w:t>DAY 1  |  Plan a Fair Test</w:t>
      </w:r>
    </w:p>
    <w:p>
      <w:pPr>
        <w:keepNext/>
        <w:spacing w:before="0" w:after="140" w:line="240" w:lineRule="auto"/>
        <w:pBdr>
          <w:bottom w:val="single" w:sz="18" w:color="00A6C8"/>
        </w:pBdr>
      </w:pPr>
      <w:r>
        <w:rPr>
          <w:rFonts w:ascii="Arial" w:hAnsi="Arial"/>
          <w:b w:val="0"/>
          <w:i/>
          <w:color w:val="516174"/>
          <w:sz w:val="21"/>
        </w:rPr>
        <w:t>Working in a demo is not the same as working reliably.</w:t>
      </w:r>
    </w:p>
    <w:p>
      <w:pPr>
        <w:keepNext w:val="0"/>
        <w:spacing w:before="0" w:after="120" w:line="252" w:lineRule="auto"/>
      </w:pPr>
      <w:r>
        <w:rPr>
          <w:rFonts w:ascii="Arial" w:hAnsi="Arial"/>
          <w:b/>
          <w:i w:val="0"/>
          <w:color w:val="00A6C8"/>
          <w:sz w:val="19"/>
        </w:rPr>
        <w:t xml:space="preserve">OBJECTIVE  </w:t>
      </w:r>
      <w:r>
        <w:rPr>
          <w:rFonts w:ascii="Arial" w:hAnsi="Arial"/>
          <w:b/>
          <w:i w:val="0"/>
          <w:color w:val="1E293B"/>
          <w:sz w:val="21"/>
        </w:rPr>
        <w:t>I can design a test suite that changes one condition at a time.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Intended Use response box"/>
        <w:tblDescription w:val="Form field for the student response to: What job is this model supposed to do? Who would use or depend on it?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FF5F8" w:val="clear"/>
            <w:tcBorders>
              <w:top w:val="single" w:sz="9" w:color="00A6C8"/>
              <w:bottom w:val="single" w:sz="9" w:color="00A6C8"/>
              <w:start w:val="single" w:sz="26" w:color="00A6C8"/>
              <w:end w:val="single" w:sz="9" w:color="00A6C8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00A6C8"/>
                <w:sz w:val="19"/>
              </w:rPr>
              <w:t>INTENDED USE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What job is this model supposed to do? Who would use or depend on it?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p>
      <w:pPr>
        <w:keepNext/>
        <w:spacing w:before="0" w:after="80" w:line="252" w:lineRule="auto"/>
      </w:pPr>
      <w:r>
        <w:rPr>
          <w:rFonts w:ascii="Arial" w:hAnsi="Arial"/>
          <w:b/>
          <w:i w:val="0"/>
          <w:color w:val="10233F"/>
          <w:sz w:val="22"/>
        </w:rPr>
        <w:t>TEST CONDITIONS</w:t>
      </w:r>
    </w:p>
    <w:p>
      <w:pPr>
        <w:keepNext w:val="0"/>
        <w:spacing w:before="0" w:after="100" w:line="252" w:lineRule="auto"/>
      </w:pPr>
      <w:r>
        <w:rPr>
          <w:rFonts w:ascii="Arial" w:hAnsi="Arial"/>
          <w:b w:val="0"/>
          <w:i w:val="0"/>
          <w:color w:val="516174"/>
          <w:sz w:val="19"/>
        </w:rPr>
        <w:t>Choose at least three conditions. Include a normal case, an edge case, and an intentionally difficult case.</w:t>
      </w:r>
    </w:p>
    <w:p>
      <w:pPr>
        <w:keepNext/>
        <w:spacing w:before="0" w:after="80" w:line="252" w:lineRule="auto"/>
      </w:pPr>
      <w:r>
        <w:rPr>
          <w:rFonts w:ascii="Arial" w:hAnsi="Arial"/>
          <w:b/>
          <w:i w:val="0"/>
          <w:color w:val="10233F"/>
          <w:sz w:val="19"/>
        </w:rPr>
        <w:t>SELECT CONDITIONS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Select Conditions"/>
        <w:tblDescription w:val="Checklist. Each item begins with an empty checkbox."/>
        <w:tblInd w:w="0" w:type="dxa"/>
      </w:tblPr>
      <w:tblGrid>
        <w:gridCol w:w="2614"/>
        <w:gridCol w:w="2614"/>
        <w:gridCol w:w="2614"/>
        <w:gridCol w:w="2614"/>
      </w:tblGrid>
      <w:tr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lighting</w:t>
            </w:r>
          </w:p>
        </w:tc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distance</w:t>
            </w:r>
          </w:p>
        </w:tc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camera angle</w:t>
            </w:r>
          </w:p>
        </w:tc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background</w:t>
            </w:r>
          </w:p>
        </w:tc>
      </w:tr>
      <w:tr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different person/object</w:t>
            </w:r>
          </w:p>
        </w:tc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partly blocked</w:t>
            </w:r>
          </w:p>
        </w:tc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movement</w:t>
            </w:r>
          </w:p>
        </w:tc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your idea</w:t>
            </w:r>
          </w:p>
        </w:tc>
      </w:tr>
    </w:tbl>
    <w:p>
      <w:pPr>
        <w:keepNext/>
        <w:spacing w:before="100" w:after="80" w:line="252" w:lineRule="auto"/>
      </w:pPr>
      <w:r>
        <w:rPr>
          <w:rFonts w:ascii="Arial" w:hAnsi="Arial"/>
          <w:b/>
          <w:i w:val="0"/>
          <w:color w:val="10233F"/>
          <w:sz w:val="22"/>
        </w:rPr>
        <w:t>12-TEST PLAN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Twelve-test plan"/>
        <w:tblDescription w:val="Student test plan with one numbered row per test and columns for the item, changed condition, prediction, and fairness rationale."/>
        <w:tblInd w:w="0" w:type="dxa"/>
      </w:tblPr>
      <w:tblGrid>
        <w:gridCol w:w="648"/>
        <w:gridCol w:w="2563"/>
        <w:gridCol w:w="2232"/>
        <w:gridCol w:w="2419"/>
        <w:gridCol w:w="2592"/>
      </w:tblGrid>
      <w:tr>
        <w:trPr>
          <w:tblHeader/>
        </w:trP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What I will show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Condition changed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My prediction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Why this is a fair test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1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2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3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4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5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6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7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8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9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10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11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7"/>
              </w:rPr>
              <w:t>12</w:t>
            </w:r>
          </w:p>
        </w:tc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2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41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</w:r>
          </w:p>
        </w:tc>
      </w:tr>
    </w:tbl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Prediction Claim response box"/>
        <w:tblDescription w:val="Form field for the student response to: I predict the model will be least reliable when __________________ because __________________.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 w:val="clear"/>
            <w:tcBorders>
              <w:top w:val="single" w:sz="9" w:color="F4B942"/>
              <w:bottom w:val="single" w:sz="9" w:color="F4B942"/>
              <w:start w:val="single" w:sz="26" w:color="F4B942"/>
              <w:end w:val="single" w:sz="9" w:color="F4B942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4B942"/>
                <w:sz w:val="19"/>
              </w:rPr>
              <w:t>PREDICTION CLAIM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I predict the model will be least reliable when __________________ because __________________.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p>
      <w:r>
        <w:br w:type="page"/>
      </w:r>
    </w:p>
    <w:p>
      <w:pPr>
        <w:pStyle w:val="Heading1"/>
        <w:keepNext/>
        <w:spacing w:after="80" w:before="0" w:line="240" w:lineRule="auto"/>
        <w:shd w:fill="10233F"/>
        <w:ind w:left="173" w:right="173"/>
      </w:pPr>
      <w:r>
        <w:rPr>
          <w:rFonts w:ascii="Arial" w:hAnsi="Arial"/>
          <w:b/>
          <w:i w:val="0"/>
          <w:color w:val="FFFFFF"/>
          <w:sz w:val="36"/>
        </w:rPr>
        <w:t>DAY 2  |  Stress-Test the Model</w:t>
      </w:r>
    </w:p>
    <w:p>
      <w:pPr>
        <w:keepNext/>
        <w:spacing w:before="0" w:after="140" w:line="240" w:lineRule="auto"/>
        <w:pBdr>
          <w:bottom w:val="single" w:sz="18" w:color="E45C5C"/>
        </w:pBdr>
      </w:pPr>
      <w:r>
        <w:rPr>
          <w:rFonts w:ascii="Arial" w:hAnsi="Arial"/>
          <w:b w:val="0"/>
          <w:i/>
          <w:color w:val="516174"/>
          <w:sz w:val="21"/>
        </w:rPr>
        <w:t>Run the plan, record every result, and look for a pattern.</w:t>
      </w:r>
    </w:p>
    <w:p>
      <w:pPr>
        <w:keepNext w:val="0"/>
        <w:spacing w:before="0" w:after="100" w:line="252" w:lineRule="auto"/>
      </w:pPr>
      <w:r>
        <w:rPr>
          <w:rFonts w:ascii="Arial" w:hAnsi="Arial"/>
          <w:b/>
          <w:i w:val="0"/>
          <w:color w:val="E45C5C"/>
          <w:sz w:val="19"/>
        </w:rPr>
        <w:t xml:space="preserve">OBJECTIVE  </w:t>
      </w:r>
      <w:r>
        <w:rPr>
          <w:rFonts w:ascii="Arial" w:hAnsi="Arial"/>
          <w:b/>
          <w:i w:val="0"/>
          <w:color w:val="1E293B"/>
          <w:sz w:val="21"/>
        </w:rPr>
        <w:t>I can use test evidence to identify a repeated failure condition.</w:t>
      </w:r>
    </w:p>
    <w:p>
      <w:pPr>
        <w:keepNext/>
        <w:spacing w:before="0" w:after="60" w:line="252" w:lineRule="auto"/>
      </w:pPr>
      <w:r>
        <w:rPr>
          <w:rFonts w:ascii="Arial" w:hAnsi="Arial"/>
          <w:b/>
          <w:i w:val="0"/>
          <w:color w:val="10233F"/>
          <w:sz w:val="19"/>
        </w:rPr>
        <w:t>RESULT CODES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Result code legend"/>
        <w:tblDescription w:val="Legend defining C as correct, W as wrong, and U as uncertain or low confidence."/>
        <w:tblInd w:w="0" w:type="dxa"/>
      </w:tblPr>
      <w:tblGrid>
        <w:gridCol w:w="3485"/>
        <w:gridCol w:w="3485"/>
        <w:gridCol w:w="3485"/>
      </w:tblGrid>
      <w:tr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top w:val="single" w:sz="12" w:color="2C8C66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E293B"/>
                <w:sz w:val="18"/>
              </w:rPr>
              <w:t>C  Correct prediction</w:t>
            </w:r>
          </w:p>
        </w:tc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CE8E8" w:val="clear"/>
            <w:tcBorders>
              <w:top w:val="single" w:sz="12" w:color="E45C5C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E293B"/>
                <w:sz w:val="18"/>
              </w:rPr>
              <w:t>W  Wrong prediction</w:t>
            </w:r>
          </w:p>
        </w:tc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 w:val="clear"/>
            <w:tcBorders>
              <w:top w:val="single" w:sz="12" w:color="F4B942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E293B"/>
                <w:sz w:val="18"/>
              </w:rPr>
              <w:t>U  Uncertain or low confidence</w:t>
            </w:r>
          </w:p>
        </w:tc>
      </w:tr>
    </w:tbl>
    <w:p>
      <w:pPr>
        <w:keepNext/>
        <w:spacing w:before="100" w:after="80" w:line="252" w:lineRule="auto"/>
      </w:pPr>
      <w:r>
        <w:rPr>
          <w:rFonts w:ascii="Arial" w:hAnsi="Arial"/>
          <w:b/>
          <w:i w:val="0"/>
          <w:color w:val="10233F"/>
          <w:sz w:val="22"/>
        </w:rPr>
        <w:t>TEST LOG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Twelve-test result log"/>
        <w:tblDescription w:val="Student result log with actual and predicted labels, changed condition, result code, and evidence notes."/>
        <w:tblInd w:w="0" w:type="dxa"/>
      </w:tblPr>
      <w:tblGrid>
        <w:gridCol w:w="576"/>
        <w:gridCol w:w="1901"/>
        <w:gridCol w:w="1901"/>
        <w:gridCol w:w="2102"/>
        <w:gridCol w:w="1224"/>
        <w:gridCol w:w="2750"/>
      </w:tblGrid>
      <w:tr>
        <w:trPr>
          <w:tblHeader/>
        </w:trP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Actual label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Predicted label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Changed condition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C/W/U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Evidence or note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1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2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3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4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5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6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7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8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9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10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11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5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516174"/>
                <w:sz w:val="16"/>
              </w:rPr>
              <w:t>12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90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10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 xml:space="preserve"> </w:t>
              <w:br/>
              <w:t xml:space="preserve"> </w:t>
            </w:r>
          </w:p>
        </w:tc>
      </w:tr>
    </w:tbl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Result tally"/>
        <w:tblDescription w:val="Three totals for correct, wrong, and uncertain results out of twelve tests."/>
        <w:tblInd w:w="0" w:type="dxa"/>
      </w:tblPr>
      <w:tblGrid>
        <w:gridCol w:w="3485"/>
        <w:gridCol w:w="3485"/>
        <w:gridCol w:w="3485"/>
      </w:tblGrid>
      <w:tr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2C8C66"/>
                <w:sz w:val="18"/>
              </w:rPr>
              <w:t>Correct</w:t>
            </w:r>
          </w:p>
        </w:tc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CE8E8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E45C5C"/>
                <w:sz w:val="18"/>
              </w:rPr>
              <w:t>Wrong</w:t>
            </w:r>
          </w:p>
        </w:tc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F4B942"/>
                <w:sz w:val="18"/>
              </w:rPr>
              <w:t>Uncertain</w:t>
            </w:r>
          </w:p>
        </w:tc>
      </w:tr>
      <w:tr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0233F"/>
                <w:sz w:val="24"/>
              </w:rPr>
              <w:t>_____ / 12</w:t>
            </w:r>
          </w:p>
        </w:tc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0233F"/>
                <w:sz w:val="24"/>
              </w:rPr>
              <w:t>_____ / 12</w:t>
            </w:r>
          </w:p>
        </w:tc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0233F"/>
                <w:sz w:val="24"/>
              </w:rPr>
              <w:t>_____ / 12</w:t>
            </w:r>
          </w:p>
        </w:tc>
      </w:tr>
    </w:tbl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Failure-Pattern Claim response box"/>
        <w:tblDescription w:val="Form field for the student response to: The model was least reliable when __________________. In _____ of _____ tests, it __________________.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CE8E8" w:val="clear"/>
            <w:tcBorders>
              <w:top w:val="single" w:sz="9" w:color="E45C5C"/>
              <w:bottom w:val="single" w:sz="9" w:color="E45C5C"/>
              <w:start w:val="single" w:sz="26" w:color="E45C5C"/>
              <w:end w:val="single" w:sz="9" w:color="E45C5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E45C5C"/>
                <w:sz w:val="19"/>
              </w:rPr>
              <w:t>FAILURE-PATTERN CLAIM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The model was least reliable when __________________. In _____ of _____ tests, it __________________.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p>
      <w:r>
        <w:br w:type="page"/>
      </w:r>
    </w:p>
    <w:p>
      <w:pPr>
        <w:pStyle w:val="Heading1"/>
        <w:keepNext/>
        <w:spacing w:after="80" w:before="0" w:line="240" w:lineRule="auto"/>
        <w:shd w:fill="10233F"/>
        <w:ind w:left="173" w:right="173"/>
      </w:pPr>
      <w:r>
        <w:rPr>
          <w:rFonts w:ascii="Arial" w:hAnsi="Arial"/>
          <w:b/>
          <w:i w:val="0"/>
          <w:color w:val="FFFFFF"/>
          <w:sz w:val="36"/>
        </w:rPr>
        <w:t>DAY 3  |  Audit Representation</w:t>
      </w:r>
    </w:p>
    <w:p>
      <w:pPr>
        <w:keepNext/>
        <w:spacing w:before="0" w:after="140" w:line="240" w:lineRule="auto"/>
        <w:pBdr>
          <w:bottom w:val="single" w:sz="18" w:color="F4B942"/>
        </w:pBdr>
      </w:pPr>
      <w:r>
        <w:rPr>
          <w:rFonts w:ascii="Arial" w:hAnsi="Arial"/>
          <w:b w:val="0"/>
          <w:i/>
          <w:color w:val="516174"/>
          <w:sz w:val="21"/>
        </w:rPr>
        <w:t>More data is not automatically better data.</w:t>
      </w:r>
    </w:p>
    <w:p>
      <w:pPr>
        <w:keepNext w:val="0"/>
        <w:spacing w:before="0" w:after="100" w:line="252" w:lineRule="auto"/>
      </w:pPr>
      <w:r>
        <w:rPr>
          <w:rFonts w:ascii="Arial" w:hAnsi="Arial"/>
          <w:b/>
          <w:i w:val="0"/>
          <w:color w:val="F4B942"/>
          <w:sz w:val="19"/>
        </w:rPr>
        <w:t xml:space="preserve">OBJECTIVE  </w:t>
      </w:r>
      <w:r>
        <w:rPr>
          <w:rFonts w:ascii="Arial" w:hAnsi="Arial"/>
          <w:b/>
          <w:i w:val="0"/>
          <w:color w:val="1E293B"/>
          <w:sz w:val="21"/>
        </w:rPr>
        <w:t>I can connect uneven performance to a specific gap in the model's evidence.</w:t>
      </w:r>
    </w:p>
    <w:p>
      <w:pPr>
        <w:keepNext/>
        <w:spacing w:before="0" w:after="80" w:line="252" w:lineRule="auto"/>
      </w:pPr>
      <w:r>
        <w:rPr>
          <w:rFonts w:ascii="Arial" w:hAnsi="Arial"/>
          <w:b/>
          <w:i w:val="0"/>
          <w:color w:val="10233F"/>
          <w:sz w:val="22"/>
        </w:rPr>
        <w:t>REPRESENTATION MAP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Representation map"/>
        <w:tblDescription w:val="Three student-selected groups or conditions classified as well represented, weakly represented, or not tested."/>
        <w:tblInd w:w="0" w:type="dxa"/>
      </w:tblPr>
      <w:tblGrid>
        <w:gridCol w:w="2376"/>
        <w:gridCol w:w="2693"/>
        <w:gridCol w:w="2693"/>
        <w:gridCol w:w="2693"/>
      </w:tblGrid>
      <w:tr>
        <w:trPr>
          <w:tblHeader/>
        </w:trPr>
        <w:tc>
          <w:tcPr>
            <w:tcW w:type="dxa" w:w="23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Condition or group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Well represented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Weakly represented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 tested</w:t>
            </w:r>
          </w:p>
        </w:tc>
      </w:tr>
      <w:tr>
        <w:tc>
          <w:tcPr>
            <w:tcW w:type="dxa" w:w="23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1. __________________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☐</w:t>
              <w:br/>
              <w:t>Evidence: __________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☐</w:t>
              <w:br/>
              <w:t>Evidence: __________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CE8E8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☐</w:t>
              <w:br/>
              <w:t>Evidence: __________</w:t>
            </w:r>
          </w:p>
        </w:tc>
      </w:tr>
      <w:tr>
        <w:tc>
          <w:tcPr>
            <w:tcW w:type="dxa" w:w="23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2. __________________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☐</w:t>
              <w:br/>
              <w:t>Evidence: __________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☐</w:t>
              <w:br/>
              <w:t>Evidence: __________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CE8E8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☐</w:t>
              <w:br/>
              <w:t>Evidence: __________</w:t>
            </w:r>
          </w:p>
        </w:tc>
      </w:tr>
      <w:tr>
        <w:tc>
          <w:tcPr>
            <w:tcW w:type="dxa" w:w="237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3. __________________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☐</w:t>
              <w:br/>
              <w:t>Evidence: __________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☐</w:t>
              <w:br/>
              <w:t>Evidence: __________</w:t>
            </w:r>
          </w:p>
        </w:tc>
        <w:tc>
          <w:tcPr>
            <w:tcW w:type="dxa" w:w="269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CE8E8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☐</w:t>
              <w:br/>
              <w:t>Evidence: __________</w:t>
            </w:r>
          </w:p>
        </w:tc>
      </w:tr>
    </w:tbl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Evidence Gap response box"/>
        <w:tblDescription w:val="Form field for the student response to: What important condition, person, object, or environment has weak or missing evidence?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 w:val="clear"/>
            <w:tcBorders>
              <w:top w:val="single" w:sz="9" w:color="F4B942"/>
              <w:bottom w:val="single" w:sz="9" w:color="F4B942"/>
              <w:start w:val="single" w:sz="26" w:color="F4B942"/>
              <w:end w:val="single" w:sz="9" w:color="F4B942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4B942"/>
                <w:sz w:val="19"/>
              </w:rPr>
              <w:t>EVIDENCE GAP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What important condition, person, object, or environment has weak or missing evidence?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Targeted Repair response box"/>
        <w:tblDescription w:val="Form field for the student response to: Name the exact examples you would add, remove, rebalance, or test. Do not write only “add more data.”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FF5F8" w:val="clear"/>
            <w:tcBorders>
              <w:top w:val="single" w:sz="9" w:color="00A6C8"/>
              <w:bottom w:val="single" w:sz="9" w:color="00A6C8"/>
              <w:start w:val="single" w:sz="26" w:color="00A6C8"/>
              <w:end w:val="single" w:sz="9" w:color="00A6C8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00A6C8"/>
                <w:sz w:val="19"/>
              </w:rPr>
              <w:t>TARGETED REPAIR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Name the exact examples you would add, remove, rebalance, or test. Do not write only “add more data.”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Why The Gap Matters response box"/>
        <w:tblDescription w:val="Form field for the student response to: Who or what could be affected if the model performs unevenly in this condition?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CE8E8" w:val="clear"/>
            <w:tcBorders>
              <w:top w:val="single" w:sz="9" w:color="E45C5C"/>
              <w:bottom w:val="single" w:sz="9" w:color="E45C5C"/>
              <w:start w:val="single" w:sz="26" w:color="E45C5C"/>
              <w:end w:val="single" w:sz="9" w:color="E45C5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E45C5C"/>
                <w:sz w:val="19"/>
              </w:rPr>
              <w:t>WHY THE GAP MATTERS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Who or what could be affected if the model performs unevenly in this condition?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p>
      <w:pPr>
        <w:keepNext/>
        <w:spacing w:before="0" w:after="80" w:line="252" w:lineRule="auto"/>
      </w:pPr>
      <w:r>
        <w:rPr>
          <w:rFonts w:ascii="Arial" w:hAnsi="Arial"/>
          <w:b/>
          <w:i w:val="0"/>
          <w:color w:val="10233F"/>
          <w:sz w:val="19"/>
        </w:rPr>
        <w:t>CHECK BEFORE MOVING ON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Check Before Moving On"/>
        <w:tblDescription w:val="Checklist. Each item begins with an empty checkbox."/>
        <w:tblInd w:w="0" w:type="dxa"/>
      </w:tblPr>
      <w:tblGrid>
        <w:gridCol w:w="3485"/>
        <w:gridCol w:w="3485"/>
        <w:gridCol w:w="3485"/>
      </w:tblGrid>
      <w:tr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I named a specific evidence gap</w:t>
            </w:r>
          </w:p>
        </w:tc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My repair names exact examples</w:t>
            </w:r>
          </w:p>
        </w:tc>
        <w:tc>
          <w:tcPr>
            <w:tcW w:type="dxa" w:w="348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My claim uses test evidence</w:t>
            </w:r>
          </w:p>
        </w:tc>
      </w:tr>
    </w:tbl>
    <w:p>
      <w:r>
        <w:br w:type="page"/>
      </w:r>
    </w:p>
    <w:p>
      <w:pPr>
        <w:pStyle w:val="Heading1"/>
        <w:keepNext/>
        <w:spacing w:after="80" w:before="0" w:line="240" w:lineRule="auto"/>
        <w:shd w:fill="10233F"/>
        <w:ind w:left="173" w:right="173"/>
      </w:pPr>
      <w:r>
        <w:rPr>
          <w:rFonts w:ascii="Arial" w:hAnsi="Arial"/>
          <w:b/>
          <w:i w:val="0"/>
          <w:color w:val="FFFFFF"/>
          <w:sz w:val="36"/>
        </w:rPr>
        <w:t>DAY 4  |  Compare the Cost of Mistakes</w:t>
      </w:r>
    </w:p>
    <w:p>
      <w:pPr>
        <w:keepNext/>
        <w:spacing w:before="0" w:after="140" w:line="240" w:lineRule="auto"/>
        <w:pBdr>
          <w:bottom w:val="single" w:sz="18" w:color="E45C5C"/>
        </w:pBdr>
      </w:pPr>
      <w:r>
        <w:rPr>
          <w:rFonts w:ascii="Arial" w:hAnsi="Arial"/>
          <w:b w:val="0"/>
          <w:i/>
          <w:color w:val="516174"/>
          <w:sz w:val="21"/>
        </w:rPr>
        <w:t>The more serious error depends on what the model is being asked to do.</w:t>
      </w:r>
    </w:p>
    <w:p>
      <w:pPr>
        <w:keepNext w:val="0"/>
        <w:spacing w:before="0" w:after="100" w:line="252" w:lineRule="auto"/>
      </w:pPr>
      <w:r>
        <w:rPr>
          <w:rFonts w:ascii="Arial" w:hAnsi="Arial"/>
          <w:b/>
          <w:i w:val="0"/>
          <w:color w:val="E45C5C"/>
          <w:sz w:val="19"/>
        </w:rPr>
        <w:t xml:space="preserve">OBJECTIVE  </w:t>
      </w:r>
      <w:r>
        <w:rPr>
          <w:rFonts w:ascii="Arial" w:hAnsi="Arial"/>
          <w:b/>
          <w:i w:val="0"/>
          <w:color w:val="1E293B"/>
          <w:sz w:val="21"/>
        </w:rPr>
        <w:t>I can compare false alarms and misses for a specific use.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False alarm and miss comparison"/>
        <w:tblDescription w:val="Definitions and student-created examples for false alarms and misses."/>
        <w:tblInd w:w="0" w:type="dxa"/>
      </w:tblPr>
      <w:tblGrid>
        <w:gridCol w:w="5227"/>
        <w:gridCol w:w="5227"/>
      </w:tblGrid>
      <w:tr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4B942"/>
                <w:sz w:val="22"/>
              </w:rPr>
              <w:t>FALSE ALARM</w:t>
            </w:r>
          </w:p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The model says something is present when it is not.</w:t>
            </w:r>
          </w:p>
        </w:tc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CE8E8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E45C5C"/>
                <w:sz w:val="22"/>
              </w:rPr>
              <w:t>MISS</w:t>
            </w:r>
          </w:p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The model fails to detect something that is present.</w:t>
            </w:r>
          </w:p>
        </w:tc>
      </w:tr>
      <w:tr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Example from today's scenario:</w:t>
              <w:br/>
              <w:br/>
              <w:t>________________________________</w:t>
              <w:br/>
              <w:t>________________________________</w:t>
            </w:r>
          </w:p>
        </w:tc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Example from today's scenario:</w:t>
              <w:br/>
              <w:br/>
              <w:t>________________________________</w:t>
              <w:br/>
              <w:t>________________________________</w:t>
            </w:r>
          </w:p>
        </w:tc>
      </w:tr>
    </w:tbl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Scenario And Intended Use response box"/>
        <w:tblDescription w:val="Form field for the student response to: What is being classified? Who would act on the result?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FF5F8" w:val="clear"/>
            <w:tcBorders>
              <w:top w:val="single" w:sz="9" w:color="00A6C8"/>
              <w:bottom w:val="single" w:sz="9" w:color="00A6C8"/>
              <w:start w:val="single" w:sz="26" w:color="00A6C8"/>
              <w:end w:val="single" w:sz="9" w:color="00A6C8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00A6C8"/>
                <w:sz w:val="19"/>
              </w:rPr>
              <w:t>SCENARIO AND INTENDED USE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What is being classified? Who would act on the result?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p>
      <w:pPr>
        <w:keepNext/>
        <w:spacing w:before="0" w:after="80" w:line="252" w:lineRule="auto"/>
      </w:pPr>
      <w:r>
        <w:rPr>
          <w:rFonts w:ascii="Arial" w:hAnsi="Arial"/>
          <w:b/>
          <w:i w:val="0"/>
          <w:color w:val="10233F"/>
          <w:sz w:val="22"/>
        </w:rPr>
        <w:t>LABELING POLICY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Labeling policy evidence"/>
        <w:tblDescription w:val="Four sample cases with the team's label and reason plus possible areas of disagreement."/>
        <w:tblInd w:w="0" w:type="dxa"/>
      </w:tblPr>
      <w:tblGrid>
        <w:gridCol w:w="2333"/>
        <w:gridCol w:w="4061"/>
        <w:gridCol w:w="4061"/>
      </w:tblGrid>
      <w:tr>
        <w:trPr>
          <w:tblHeader/>
        </w:trPr>
        <w:tc>
          <w:tcPr>
            <w:tcW w:type="dxa" w:w="233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Sample case</w:t>
            </w:r>
          </w:p>
        </w:tc>
        <w:tc>
          <w:tcPr>
            <w:tcW w:type="dxa" w:w="40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Our label + reason</w:t>
            </w:r>
          </w:p>
        </w:tc>
        <w:tc>
          <w:tcPr>
            <w:tcW w:type="dxa" w:w="40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Where people might disagree</w:t>
            </w:r>
          </w:p>
        </w:tc>
      </w:tr>
      <w:tr>
        <w:tc>
          <w:tcPr>
            <w:tcW w:type="dxa" w:w="233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  <w:tc>
          <w:tcPr>
            <w:tcW w:type="dxa" w:w="40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  <w:tc>
          <w:tcPr>
            <w:tcW w:type="dxa" w:w="40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233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  <w:tc>
          <w:tcPr>
            <w:tcW w:type="dxa" w:w="40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  <w:tc>
          <w:tcPr>
            <w:tcW w:type="dxa" w:w="40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233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  <w:tc>
          <w:tcPr>
            <w:tcW w:type="dxa" w:w="40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  <w:tc>
          <w:tcPr>
            <w:tcW w:type="dxa" w:w="40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</w:tr>
      <w:tr>
        <w:tc>
          <w:tcPr>
            <w:tcW w:type="dxa" w:w="233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  <w:tc>
          <w:tcPr>
            <w:tcW w:type="dxa" w:w="40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  <w:tc>
          <w:tcPr>
            <w:tcW w:type="dxa" w:w="40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 xml:space="preserve"> </w:t>
              <w:br/>
              <w:t xml:space="preserve"> </w:t>
            </w:r>
          </w:p>
        </w:tc>
      </w:tr>
    </w:tbl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Error-Cost Decision response box"/>
        <w:tblDescription w:val="Form field for the student response to: For this use, which is more serious: a false alarm or a miss? Explain the consequence and who would be affected.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CE8E8" w:val="clear"/>
            <w:tcBorders>
              <w:top w:val="single" w:sz="9" w:color="E45C5C"/>
              <w:bottom w:val="single" w:sz="9" w:color="E45C5C"/>
              <w:start w:val="single" w:sz="26" w:color="E45C5C"/>
              <w:end w:val="single" w:sz="9" w:color="E45C5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E45C5C"/>
                <w:sz w:val="19"/>
              </w:rPr>
              <w:t>ERROR-COST DECISION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For this use, which is more serious: a false alarm or a miss? Explain the consequence and who would be affected.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p>
      <w:r>
        <w:br w:type="page"/>
      </w:r>
    </w:p>
    <w:p>
      <w:pPr>
        <w:pStyle w:val="Heading1"/>
        <w:keepNext/>
        <w:spacing w:after="80" w:before="0" w:line="240" w:lineRule="auto"/>
        <w:shd w:fill="10233F"/>
        <w:ind w:left="173" w:right="173"/>
      </w:pPr>
      <w:r>
        <w:rPr>
          <w:rFonts w:ascii="Arial" w:hAnsi="Arial"/>
          <w:b/>
          <w:i w:val="0"/>
          <w:color w:val="FFFFFF"/>
          <w:sz w:val="36"/>
        </w:rPr>
        <w:t>DAY 5  |  Complete the Model Card</w:t>
      </w:r>
    </w:p>
    <w:p>
      <w:pPr>
        <w:keepNext/>
        <w:spacing w:before="0" w:after="140" w:line="240" w:lineRule="auto"/>
        <w:pBdr>
          <w:bottom w:val="single" w:sz="18" w:color="2C8C66"/>
        </w:pBdr>
      </w:pPr>
      <w:r>
        <w:rPr>
          <w:rFonts w:ascii="Arial" w:hAnsi="Arial"/>
          <w:b w:val="0"/>
          <w:i/>
          <w:color w:val="516174"/>
          <w:sz w:val="21"/>
        </w:rPr>
        <w:t>State what the evidence supports and what remains unknown.</w:t>
      </w:r>
    </w:p>
    <w:p>
      <w:pPr>
        <w:keepNext w:val="0"/>
        <w:spacing w:before="0" w:after="100" w:line="252" w:lineRule="auto"/>
      </w:pPr>
      <w:r>
        <w:rPr>
          <w:rFonts w:ascii="Arial" w:hAnsi="Arial"/>
          <w:b/>
          <w:i w:val="0"/>
          <w:color w:val="2C8C66"/>
          <w:sz w:val="19"/>
        </w:rPr>
        <w:t xml:space="preserve">OBJECTIVE  </w:t>
      </w:r>
      <w:r>
        <w:rPr>
          <w:rFonts w:ascii="Arial" w:hAnsi="Arial"/>
          <w:b/>
          <w:i w:val="0"/>
          <w:color w:val="1E293B"/>
          <w:sz w:val="21"/>
        </w:rPr>
        <w:t>I can document a model's intended use, evidence, limitations, and next improvement.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Model Name response box"/>
        <w:tblDescription w:val="Form field for the student response to: Name the model or project.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FF5F8" w:val="clear"/>
            <w:tcBorders>
              <w:top w:val="single" w:sz="9" w:color="00A6C8"/>
              <w:bottom w:val="single" w:sz="9" w:color="00A6C8"/>
              <w:start w:val="single" w:sz="26" w:color="00A6C8"/>
              <w:end w:val="single" w:sz="9" w:color="00A6C8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00A6C8"/>
                <w:sz w:val="19"/>
              </w:rPr>
              <w:t>MODEL NAME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Name the model or project.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Intended Use + Users response box"/>
        <w:tblDescription w:val="Form field for the student response to: What job is it for? Who would use or depend on it?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FF5F8" w:val="clear"/>
            <w:tcBorders>
              <w:top w:val="single" w:sz="9" w:color="00A6C8"/>
              <w:bottom w:val="single" w:sz="9" w:color="00A6C8"/>
              <w:start w:val="single" w:sz="26" w:color="00A6C8"/>
              <w:end w:val="single" w:sz="9" w:color="00A6C8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00A6C8"/>
                <w:sz w:val="19"/>
              </w:rPr>
              <w:t>INTENDED USE + USERS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What job is it for? Who would use or depend on it?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Test Evidence response box"/>
        <w:tblDescription w:val="Form field for the student response to: How many tests did you run? Where did it perform best? Where was it least reliable?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9" w:color="00A6C8"/>
              <w:bottom w:val="single" w:sz="9" w:color="00A6C8"/>
              <w:start w:val="single" w:sz="26" w:color="00A6C8"/>
              <w:end w:val="single" w:sz="9" w:color="00A6C8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00A6C8"/>
                <w:sz w:val="19"/>
              </w:rPr>
              <w:t>TEST EVIDENCE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How many tests did you run? Where did it perform best? Where was it least reliable?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Limitations + Non-Use response box"/>
        <w:tblDescription w:val="Form field for the student response to: What was not tested? What should this model not be trusted to decide?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 w:val="clear"/>
            <w:tcBorders>
              <w:top w:val="single" w:sz="9" w:color="F4B942"/>
              <w:bottom w:val="single" w:sz="9" w:color="F4B942"/>
              <w:start w:val="single" w:sz="26" w:color="F4B942"/>
              <w:end w:val="single" w:sz="9" w:color="F4B942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4B942"/>
                <w:sz w:val="19"/>
              </w:rPr>
              <w:t>LIMITATIONS + NON-USE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What was not tested? What should this model not be trusted to decide?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Representation Concern response box"/>
        <w:tblDescription w:val="Form field for the student response to: Who, what, or which conditions have weak evidence?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 w:val="clear"/>
            <w:tcBorders>
              <w:top w:val="single" w:sz="9" w:color="F4B942"/>
              <w:bottom w:val="single" w:sz="9" w:color="F4B942"/>
              <w:start w:val="single" w:sz="26" w:color="F4B942"/>
              <w:end w:val="single" w:sz="9" w:color="F4B942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4B942"/>
                <w:sz w:val="19"/>
              </w:rPr>
              <w:t>REPRESENTATION CONCERN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Who, what, or which conditions have weak evidence?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Next Improvement response box"/>
        <w:tblDescription w:val="Form field for the student response to: Name the exact data, test, rule, or design change the team should make next.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top w:val="single" w:sz="9" w:color="2C8C66"/>
              <w:bottom w:val="single" w:sz="9" w:color="2C8C66"/>
              <w:start w:val="single" w:sz="26" w:color="2C8C66"/>
              <w:end w:val="single" w:sz="9" w:color="2C8C66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2C8C66"/>
                <w:sz w:val="19"/>
              </w:rPr>
              <w:t>NEXT IMPROVEMENT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Name the exact data, test, rule, or design change the team should make next.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p>
      <w:r>
        <w:br w:type="page"/>
      </w:r>
    </w:p>
    <w:p>
      <w:pPr>
        <w:pStyle w:val="Heading1"/>
        <w:keepNext/>
        <w:spacing w:after="80" w:before="0" w:line="240" w:lineRule="auto"/>
        <w:shd w:fill="10233F"/>
        <w:ind w:left="173" w:right="173"/>
      </w:pPr>
      <w:r>
        <w:rPr>
          <w:rFonts w:ascii="Arial" w:hAnsi="Arial"/>
          <w:b/>
          <w:i w:val="0"/>
          <w:color w:val="FFFFFF"/>
          <w:sz w:val="36"/>
        </w:rPr>
        <w:t>FINAL DECISION  |  Approve, Revise, Restrict, or Reject</w:t>
      </w:r>
    </w:p>
    <w:p>
      <w:pPr>
        <w:keepNext/>
        <w:spacing w:before="0" w:after="140" w:line="240" w:lineRule="auto"/>
        <w:pBdr>
          <w:bottom w:val="single" w:sz="18" w:color="2C8C66"/>
        </w:pBdr>
      </w:pPr>
      <w:r>
        <w:rPr>
          <w:rFonts w:ascii="Arial" w:hAnsi="Arial"/>
          <w:b w:val="0"/>
          <w:i/>
          <w:color w:val="516174"/>
          <w:sz w:val="21"/>
        </w:rPr>
        <w:t>A responsible engineering decision is supported by evidence, not optimism.</w:t>
      </w:r>
    </w:p>
    <w:p>
      <w:pPr>
        <w:keepNext/>
        <w:spacing w:before="0" w:after="80" w:line="252" w:lineRule="auto"/>
      </w:pPr>
      <w:r>
        <w:rPr>
          <w:rFonts w:ascii="Arial" w:hAnsi="Arial"/>
          <w:b/>
          <w:i w:val="0"/>
          <w:color w:val="10233F"/>
          <w:sz w:val="22"/>
        </w:rPr>
        <w:t>CHOOSE ONE DECISION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Final release decision"/>
        <w:tblDescription w:val="Four mutually exclusive choices: approve, revise, restrict, or reject."/>
        <w:tblInd w:w="0" w:type="dxa"/>
      </w:tblPr>
      <w:tblGrid>
        <w:gridCol w:w="2614"/>
        <w:gridCol w:w="2614"/>
        <w:gridCol w:w="2614"/>
        <w:gridCol w:w="2614"/>
      </w:tblGrid>
      <w:tr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top w:val="single" w:sz="16" w:color="2C8C66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2C8C66"/>
                <w:sz w:val="21"/>
              </w:rPr>
              <w:t>☐ APPROVE</w:t>
            </w:r>
          </w:p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>Evidence supports the named use.</w:t>
            </w:r>
          </w:p>
        </w:tc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FF5F8" w:val="clear"/>
            <w:tcBorders>
              <w:top w:val="single" w:sz="16" w:color="00A6C8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00A6C8"/>
                <w:sz w:val="21"/>
              </w:rPr>
              <w:t>☐ REVISE</w:t>
            </w:r>
          </w:p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>Improve and retest before use.</w:t>
            </w:r>
          </w:p>
        </w:tc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 w:val="clear"/>
            <w:tcBorders>
              <w:top w:val="single" w:sz="16" w:color="F4B942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F4B942"/>
                <w:sz w:val="21"/>
              </w:rPr>
              <w:t>☐ RESTRICT</w:t>
            </w:r>
          </w:p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>Use only under named limits.</w:t>
            </w:r>
          </w:p>
        </w:tc>
        <w:tc>
          <w:tcPr>
            <w:tcW w:type="dxa" w:w="261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CE8E8" w:val="clear"/>
            <w:tcBorders>
              <w:top w:val="single" w:sz="16" w:color="E45C5C"/>
            </w:tcBorders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E45C5C"/>
                <w:sz w:val="21"/>
              </w:rPr>
              <w:t>☐ REJECT</w:t>
            </w:r>
          </w:p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i w:val="0"/>
                <w:color w:val="1E293B"/>
                <w:sz w:val="16"/>
              </w:rPr>
              <w:t>Risk or evidence gap is too large.</w:t>
            </w:r>
          </w:p>
        </w:tc>
      </w:tr>
    </w:tbl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Evidence-Based Recommendation response box"/>
        <w:tblDescription w:val="Form field for the student response to: We recommend __________________ this model for __________________ because our tests showed __________________.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top w:val="single" w:sz="9" w:color="2C8C66"/>
              <w:bottom w:val="single" w:sz="9" w:color="2C8C66"/>
              <w:start w:val="single" w:sz="26" w:color="2C8C66"/>
              <w:end w:val="single" w:sz="9" w:color="2C8C66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2C8C66"/>
                <w:sz w:val="19"/>
              </w:rPr>
              <w:t>EVIDENCE-BASED RECOMMENDATION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We recommend __________________ this model for __________________ because our tests showed __________________.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Boundary response box"/>
        <w:tblDescription w:val="Form field for the student response to: This model should NOT be used to __________________ because __________________.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CE8E8" w:val="clear"/>
            <w:tcBorders>
              <w:top w:val="single" w:sz="9" w:color="E45C5C"/>
              <w:bottom w:val="single" w:sz="9" w:color="E45C5C"/>
              <w:start w:val="single" w:sz="26" w:color="E45C5C"/>
              <w:end w:val="single" w:sz="9" w:color="E45C5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E45C5C"/>
                <w:sz w:val="19"/>
              </w:rPr>
              <w:t>BOUNDARY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This model should NOT be used to __________________ because __________________.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Next Action response box"/>
        <w:tblDescription w:val="Form field for the student response to: Before broader use, the team should __________________ and then test __________________."/>
        <w:tblInd w:w="0" w:type="dxa"/>
      </w:tblPr>
      <w:tblGrid>
        <w:gridCol w:w="10454"/>
      </w:tblGrid>
      <w:tr>
        <w:tc>
          <w:tcPr>
            <w:tcW w:type="dxa" w:w="1045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FF5F8" w:val="clear"/>
            <w:tcBorders>
              <w:top w:val="single" w:sz="9" w:color="00A6C8"/>
              <w:bottom w:val="single" w:sz="9" w:color="00A6C8"/>
              <w:start w:val="single" w:sz="26" w:color="00A6C8"/>
              <w:end w:val="single" w:sz="9" w:color="00A6C8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00A6C8"/>
                <w:sz w:val="19"/>
              </w:rPr>
              <w:t>NEXT ACTION</w:t>
            </w:r>
          </w:p>
          <w:p>
            <w:pPr>
              <w:keepNext w:val="0"/>
              <w:spacing w:before="0" w:after="8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21"/>
              </w:rPr>
              <w:t>Before broader use, the team should __________________ and then test __________________.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4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B8C5D3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252" w:lineRule="auto"/>
      </w:pPr>
    </w:p>
    <w:p>
      <w:pPr>
        <w:keepNext/>
        <w:spacing w:before="0" w:after="80" w:line="252" w:lineRule="auto"/>
      </w:pPr>
      <w:r>
        <w:rPr>
          <w:rFonts w:ascii="Arial" w:hAnsi="Arial"/>
          <w:b/>
          <w:i w:val="0"/>
          <w:color w:val="10233F"/>
          <w:sz w:val="22"/>
        </w:rPr>
        <w:t>60-SECOND BRIEF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Sixty-second brief"/>
        <w:tblDescription w:val="Four speaking prompts covering intended use, strongest evidence, key limitation, and final decision."/>
        <w:tblInd w:w="0" w:type="dxa"/>
      </w:tblPr>
      <w:tblGrid>
        <w:gridCol w:w="2477"/>
        <w:gridCol w:w="7978"/>
      </w:tblGrid>
      <w:tr>
        <w:tc>
          <w:tcPr>
            <w:tcW w:type="dxa" w:w="247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1. Intended use</w:t>
            </w:r>
          </w:p>
        </w:tc>
        <w:tc>
          <w:tcPr>
            <w:tcW w:type="dxa" w:w="79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This model is designed to __________________.</w:t>
            </w:r>
          </w:p>
        </w:tc>
      </w:tr>
      <w:tr>
        <w:tc>
          <w:tcPr>
            <w:tcW w:type="dxa" w:w="247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2. Strongest evidence</w:t>
            </w:r>
          </w:p>
        </w:tc>
        <w:tc>
          <w:tcPr>
            <w:tcW w:type="dxa" w:w="79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Our strongest evidence is __________________.</w:t>
            </w:r>
          </w:p>
        </w:tc>
      </w:tr>
      <w:tr>
        <w:tc>
          <w:tcPr>
            <w:tcW w:type="dxa" w:w="247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3. Key limitation</w:t>
            </w:r>
          </w:p>
        </w:tc>
        <w:tc>
          <w:tcPr>
            <w:tcW w:type="dxa" w:w="79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The biggest limitation is __________________.</w:t>
            </w:r>
          </w:p>
        </w:tc>
      </w:tr>
      <w:tr>
        <w:tc>
          <w:tcPr>
            <w:tcW w:type="dxa" w:w="247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233F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4. Decision</w:t>
            </w:r>
          </w:p>
        </w:tc>
        <w:tc>
          <w:tcPr>
            <w:tcW w:type="dxa" w:w="79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 w:val="clear"/>
            <w:tcBorders>
              <w:top w:val="single" w:sz="5" w:color="B8C5D3"/>
              <w:bottom w:val="single" w:sz="5" w:color="B8C5D3"/>
              <w:start w:val="single" w:sz="5" w:color="B8C5D3"/>
              <w:end w:val="single" w:sz="5" w:color="B8C5D3"/>
              <w:insideH w:val="single" w:sz="5" w:color="B8C5D3"/>
              <w:insideV w:val="single" w:sz="5" w:color="B8C5D3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We recommend __________________ because __________________.</w:t>
            </w:r>
          </w:p>
        </w:tc>
      </w:tr>
    </w:tbl>
    <w:p>
      <w:pPr>
        <w:keepNext/>
        <w:spacing w:before="0" w:after="80" w:line="252" w:lineRule="auto"/>
      </w:pPr>
      <w:r>
        <w:rPr>
          <w:rFonts w:ascii="Arial" w:hAnsi="Arial"/>
          <w:b/>
          <w:i w:val="0"/>
          <w:color w:val="10233F"/>
          <w:sz w:val="19"/>
        </w:rPr>
        <w:t>FINAL SUCCESS CRITERIA</w:t>
      </w:r>
    </w:p>
    <w:tbl>
      <w:tblPr>
        <w:tblW w:type="dxa" w:w="10454"/>
        <w:jc w:val="left"/>
        <w:tblLayout w:type="fixed"/>
        <w:tblLook w:firstColumn="1" w:firstRow="1" w:lastColumn="0" w:lastRow="0" w:noHBand="0" w:noVBand="1" w:val="04A0"/>
        <w:tblCaption w:val="Final Success Criteria"/>
        <w:tblDescription w:val="Checklist. Each item begins with an empty checkbox."/>
        <w:tblInd w:w="0" w:type="dxa"/>
      </w:tblPr>
      <w:tblGrid>
        <w:gridCol w:w="5227"/>
        <w:gridCol w:w="5227"/>
      </w:tblGrid>
      <w:tr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I used numbers or specific test results</w:t>
            </w:r>
          </w:p>
        </w:tc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I named at least one limitation</w:t>
            </w:r>
          </w:p>
        </w:tc>
      </w:tr>
      <w:tr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My decision matches my evidence</w:t>
            </w:r>
          </w:p>
        </w:tc>
        <w:tc>
          <w:tcPr>
            <w:tcW w:type="dxa" w:w="522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4F4EC" w:val="clear"/>
            <w:tcBorders>
              <w:bottom w:val="single" w:sz="5" w:color="FFFFFF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9"/>
              </w:rPr>
              <w:t>☐  I explained the next improvement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893" w:bottom="792" w:left="893" w:header="288" w:footer="34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52" w:lineRule="auto"/>
      <w:jc w:val="center"/>
    </w:pPr>
    <w:r>
      <w:rPr>
        <w:rFonts w:ascii="Arial" w:hAnsi="Arial"/>
        <w:b/>
        <w:i w:val="0"/>
        <w:color w:val="516174"/>
        <w:sz w:val="16"/>
      </w:rPr>
      <w:t>MODEL RELIABILITY CASE FILE  •  TEST THE SYSTEM, NOT JUST THE DEMO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color w:val="1E29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0233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0233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51617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Machine Learning Reliability Case File</dc:title>
  <dc:subject>Five-day evidence packet for testing model reliability, representation, and decision boundaries</dc:subject>
  <dc:creator>Smart Solutions Curriculum</dc:creator>
  <cp:keywords>machine learning, reliability, testing, representation, model card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