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Arial" w:hAnsi="Arial"/>
          <w:color w:val="000000"/>
          <w:sz w:val="52"/>
        </w:rPr>
        <w:t>Graphic Design with Shape Constraints</w:t>
      </w:r>
    </w:p>
    <w:p>
      <w:pPr>
        <w:spacing w:after="240"/>
      </w:pPr>
      <w:r>
        <w:t>Diseño gráfico con restricciones de formas</w:t>
      </w:r>
    </w:p>
    <w:p>
      <w:r>
        <w:t>Name / Nombre: __________________________________________</w:t>
      </w:r>
    </w:p>
    <w:p>
      <w:r>
        <w:t>Class / Clase: ____________________    Date / Fecha: ____________________</w:t>
      </w:r>
    </w:p>
    <w:p>
      <w:pPr>
        <w:pStyle w:val="Heading1"/>
      </w:pPr>
      <w:r>
        <w:t>Learning goal / Meta de aprendizaje</w:t>
      </w:r>
    </w:p>
    <w:p>
      <w:r>
        <w:t>Communicate an idea using only simple shapes. / Comunica una idea usando solamente formas simples.</w:t>
      </w:r>
    </w:p>
    <w:p>
      <w:pPr>
        <w:pStyle w:val="Heading1"/>
      </w:pPr>
      <w:r>
        <w:t>Choose two words / Elige dos palabras</w:t>
      </w:r>
    </w:p>
    <w:p>
      <w:r>
        <w:t>Rapid / Rápido     •     Relaxed / Relajado     •     Complicated / Complicado</w:t>
      </w:r>
    </w:p>
    <w:p>
      <w:r>
        <w:t>Organized / Organizado     •     Labyrinth / Laberinto</w:t>
      </w:r>
    </w:p>
    <w:p>
      <w:r>
        <w:rPr>
          <w:b/>
        </w:rPr>
        <w:t>Word 1 and your definition / Palabra 1 y tu definición:</w:t>
      </w:r>
    </w:p>
    <w:p>
      <w:r>
        <w:t>______________________________________________________________________</w:t>
      </w:r>
    </w:p>
    <w:p>
      <w:r>
        <w:rPr>
          <w:b/>
        </w:rPr>
        <w:t>Word 2 and your definition / Palabra 2 y tu definición:</w:t>
      </w:r>
    </w:p>
    <w:p>
      <w:r>
        <w:t>______________________________________________________________________</w:t>
      </w:r>
    </w:p>
    <w:p>
      <w:r>
        <w:br w:type="page"/>
      </w:r>
    </w:p>
    <w:p>
      <w:pPr>
        <w:pStyle w:val="Heading1"/>
      </w:pPr>
      <w:r>
        <w:t>Design 1: lines only / Diseño 1: solo líneas</w:t>
      </w:r>
    </w:p>
    <w:p>
      <w:r>
        <w:t>Use only lines to communicate Word 1. Change direction, spacing, thickness, and length on purpose. / Usa solamente líneas para comunicar la Palabra 1. Cambia la dirección, el espacio, el grosor y la longitud con intención.</w:t>
      </w:r>
    </w:p>
    <w:p>
      <w:r>
        <w:rPr>
          <w:b/>
        </w:rPr>
        <w:t>Paste or insert your PNG here / Pega o inserta tu PNG aquí:</w:t>
      </w:r>
    </w:p>
    <w:p>
      <w:r>
        <w:t>______________________________________________________________________</w:t>
      </w:r>
    </w:p>
    <w:p/>
    <w:p/>
    <w:p/>
    <w:p/>
    <w:p/>
    <w:p/>
    <w:p/>
    <w:p/>
    <w:p/>
    <w:p/>
    <w:p/>
    <w:p/>
    <w:p>
      <w:r>
        <w:t>______________________________________________________________________</w:t>
      </w:r>
    </w:p>
    <w:p>
      <w:r>
        <w:br w:type="page"/>
      </w:r>
    </w:p>
    <w:p>
      <w:pPr>
        <w:pStyle w:val="Heading1"/>
      </w:pPr>
      <w:r>
        <w:t>Design 2: circles only / Diseño 2: solo círculos</w:t>
      </w:r>
    </w:p>
    <w:p>
      <w:r>
        <w:t>Use only circles to communicate Word 2. Change size, spacing, overlap, and placement on purpose. / Usa solamente círculos para comunicar la Palabra 2. Cambia el tamaño, el espacio, la superposición y la ubicación con intención.</w:t>
      </w:r>
    </w:p>
    <w:p>
      <w:r>
        <w:rPr>
          <w:b/>
        </w:rPr>
        <w:t>Paste or insert your PNG here / Pega o inserta tu PNG aquí:</w:t>
      </w:r>
    </w:p>
    <w:p>
      <w:r>
        <w:t>______________________________________________________________________</w:t>
      </w:r>
    </w:p>
    <w:p/>
    <w:p/>
    <w:p/>
    <w:p/>
    <w:p/>
    <w:p/>
    <w:p/>
    <w:p/>
    <w:p/>
    <w:p/>
    <w:p/>
    <w:p/>
    <w:p>
      <w:r>
        <w:t>______________________________________________________________________</w:t>
      </w:r>
    </w:p>
    <w:p>
      <w:pPr>
        <w:pStyle w:val="Heading2"/>
      </w:pPr>
      <w:r>
        <w:t>Export check / Revisión de exportación</w:t>
      </w:r>
    </w:p>
    <w:p>
      <w:r>
        <w:t>☐ I downloaded each design as a PNG. / Descargué cada diseño como PNG.</w:t>
      </w:r>
    </w:p>
    <w:p>
      <w:r>
        <w:t>☐ I inserted both PNG files in this document. / Inserté los dos archivos PNG en este documento.</w:t>
      </w:r>
    </w:p>
    <w:p>
      <w:r>
        <w:br w:type="page"/>
      </w:r>
    </w:p>
    <w:p>
      <w:pPr>
        <w:pStyle w:val="Heading1"/>
      </w:pPr>
      <w:r>
        <w:t>Reflection / Reflexión</w:t>
      </w:r>
    </w:p>
    <w:p>
      <w:r>
        <w:rPr>
          <w:b/>
        </w:rPr>
        <w:t>1. What did you try to show in your lines-only design? How did the lines help? / ¿Qué trataste de mostrar en tu diseño de líneas? ¿Cómo ayudaron las líneas?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rPr>
          <w:b/>
        </w:rPr>
        <w:t>2. How did using only circles change your design compared with using lines? What was easier or harder? / ¿Cómo cambió tu diseño al usar solamente círculos? ¿Qué fue más fácil o más difícil?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pPr>
        <w:pStyle w:val="Heading2"/>
      </w:pPr>
      <w:r>
        <w:t>Level up / Reto adicional</w:t>
      </w:r>
    </w:p>
    <w:p>
      <w:r>
        <w:t>Choose a third word and represent it with both lines and circles. / Elige una tercera palabra y represéntala con líneas y círculos.</w:t>
      </w:r>
    </w:p>
    <w:p>
      <w:r>
        <w:rPr>
          <w:b/>
        </w:rPr>
        <w:t>Third word / Tercera palabra:</w:t>
      </w:r>
    </w:p>
    <w:p>
      <w:r>
        <w:t>______________________________________________________________________</w:t>
      </w:r>
    </w:p>
    <w:p>
      <w:r>
        <w:rPr>
          <w:b/>
        </w:rPr>
        <w:t>Insert the PNG / Inserta el PNG: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p>
      <w:r>
        <w:t>______________________________________________________________________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276" w:lineRule="auto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00" w:after="120" w:line="276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60" w:after="120" w:line="276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320" w:after="80" w:line="276" w:lineRule="auto"/>
      <w:outlineLvl w:val="2"/>
    </w:pPr>
    <w:rPr>
      <w:rFonts w:asciiTheme="majorHAnsi" w:eastAsiaTheme="majorEastAsia" w:hAnsiTheme="majorHAnsi" w:cstheme="majorBidi" w:ascii="Arial" w:hAnsi="Arial"/>
      <w:b/>
      <w:bCs/>
      <w:color w:val="434343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